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60FEE" w14:textId="77777777" w:rsidR="00607114" w:rsidRDefault="00000000">
      <w:pPr>
        <w:spacing w:after="20"/>
        <w:jc w:val="center"/>
      </w:pPr>
      <w:r>
        <w:rPr>
          <w:b/>
          <w:sz w:val="34"/>
        </w:rPr>
        <w:t>Kids Under Construction Preschool</w:t>
      </w:r>
    </w:p>
    <w:p w14:paraId="494DD189" w14:textId="7EAD621D" w:rsidR="00607114" w:rsidRDefault="00146D8E">
      <w:pPr>
        <w:spacing w:after="140"/>
        <w:jc w:val="center"/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A01B9" wp14:editId="334A67AB">
                <wp:simplePos x="0" y="0"/>
                <wp:positionH relativeFrom="column">
                  <wp:posOffset>1264920</wp:posOffset>
                </wp:positionH>
                <wp:positionV relativeFrom="paragraph">
                  <wp:posOffset>168910</wp:posOffset>
                </wp:positionV>
                <wp:extent cx="4191000" cy="7620"/>
                <wp:effectExtent l="38100" t="38100" r="76200" b="87630"/>
                <wp:wrapNone/>
                <wp:docPr id="3409705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0FEFC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6pt,13.3pt" to="429.6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000000">
        <w:rPr>
          <w:b/>
          <w:sz w:val="20"/>
        </w:rPr>
        <w:t xml:space="preserve">2026–2027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42"/>
        <w:gridCol w:w="5211"/>
      </w:tblGrid>
      <w:tr w:rsidR="00607114" w14:paraId="202051E9" w14:textId="77777777" w:rsidTr="00F4264F">
        <w:trPr>
          <w:trHeight w:val="228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6C57D3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September 3</w:t>
            </w:r>
          </w:p>
        </w:tc>
        <w:tc>
          <w:tcPr>
            <w:tcW w:w="521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72186F" w14:textId="7AD91703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sz w:val="24"/>
                <w:szCs w:val="24"/>
              </w:rPr>
              <w:t>🏫 Open House / Meet the Teacher</w:t>
            </w:r>
            <w:r w:rsidR="00F4264F">
              <w:rPr>
                <w:sz w:val="24"/>
                <w:szCs w:val="24"/>
              </w:rPr>
              <w:t>: 10am-12pm</w:t>
            </w:r>
          </w:p>
        </w:tc>
      </w:tr>
      <w:tr w:rsidR="00607114" w14:paraId="338570EB" w14:textId="77777777" w:rsidTr="00F4264F">
        <w:trPr>
          <w:trHeight w:val="216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F32D97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September 8–9</w:t>
            </w:r>
          </w:p>
        </w:tc>
        <w:tc>
          <w:tcPr>
            <w:tcW w:w="521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28BA72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sz w:val="24"/>
                <w:szCs w:val="24"/>
              </w:rPr>
              <w:t>🎒 First Day(s) of School</w:t>
            </w:r>
          </w:p>
        </w:tc>
      </w:tr>
      <w:tr w:rsidR="00607114" w14:paraId="6A5A3DAA" w14:textId="77777777" w:rsidTr="00F4264F">
        <w:trPr>
          <w:trHeight w:val="193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49C87B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September 21</w:t>
            </w:r>
          </w:p>
        </w:tc>
        <w:tc>
          <w:tcPr>
            <w:tcW w:w="5211" w:type="dxa"/>
            <w:shd w:val="clear" w:color="auto" w:fill="F4E8E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9CD9BF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CLOSED — Yom Kippur</w:t>
            </w:r>
          </w:p>
        </w:tc>
      </w:tr>
      <w:tr w:rsidR="00607114" w14:paraId="4FFAD5EC" w14:textId="77777777" w:rsidTr="00F4264F">
        <w:trPr>
          <w:trHeight w:val="228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FC9553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October 6–7</w:t>
            </w:r>
          </w:p>
        </w:tc>
        <w:tc>
          <w:tcPr>
            <w:tcW w:w="521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F96093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sz w:val="24"/>
                <w:szCs w:val="24"/>
              </w:rPr>
              <w:t>📸 Picture Days</w:t>
            </w:r>
          </w:p>
        </w:tc>
      </w:tr>
      <w:tr w:rsidR="00607114" w14:paraId="096BE9C7" w14:textId="77777777" w:rsidTr="00F4264F">
        <w:trPr>
          <w:trHeight w:val="216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ED9580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October 14–15</w:t>
            </w:r>
          </w:p>
        </w:tc>
        <w:tc>
          <w:tcPr>
            <w:tcW w:w="521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8D3661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sz w:val="24"/>
                <w:szCs w:val="24"/>
              </w:rPr>
              <w:t>🚒 Firefighter Visit</w:t>
            </w:r>
          </w:p>
        </w:tc>
      </w:tr>
      <w:tr w:rsidR="00607114" w14:paraId="37E771EE" w14:textId="77777777" w:rsidTr="00F4264F">
        <w:trPr>
          <w:trHeight w:val="228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F43629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October 19</w:t>
            </w:r>
          </w:p>
        </w:tc>
        <w:tc>
          <w:tcPr>
            <w:tcW w:w="521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CE8595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sz w:val="24"/>
                <w:szCs w:val="24"/>
              </w:rPr>
              <w:t>🎃 Pumpkin Patch Field Trip</w:t>
            </w:r>
          </w:p>
        </w:tc>
      </w:tr>
      <w:tr w:rsidR="00607114" w14:paraId="516DF329" w14:textId="77777777" w:rsidTr="00F4264F">
        <w:trPr>
          <w:trHeight w:val="228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0A9845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October 27–28</w:t>
            </w:r>
          </w:p>
        </w:tc>
        <w:tc>
          <w:tcPr>
            <w:tcW w:w="521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05C9E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sz w:val="24"/>
                <w:szCs w:val="24"/>
              </w:rPr>
              <w:t>👻 Halloween Parties &amp; Parades</w:t>
            </w:r>
          </w:p>
        </w:tc>
      </w:tr>
      <w:tr w:rsidR="00607114" w14:paraId="27555398" w14:textId="77777777" w:rsidTr="00F4264F">
        <w:trPr>
          <w:trHeight w:val="193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165CF7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October 29–30</w:t>
            </w:r>
          </w:p>
        </w:tc>
        <w:tc>
          <w:tcPr>
            <w:tcW w:w="5211" w:type="dxa"/>
            <w:shd w:val="clear" w:color="auto" w:fill="F4E8E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F926E1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CLOSED — LCPS Holiday</w:t>
            </w:r>
          </w:p>
        </w:tc>
      </w:tr>
      <w:tr w:rsidR="00607114" w14:paraId="333E957C" w14:textId="77777777" w:rsidTr="00F4264F">
        <w:trPr>
          <w:trHeight w:val="193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74AE23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November 2–3</w:t>
            </w:r>
          </w:p>
        </w:tc>
        <w:tc>
          <w:tcPr>
            <w:tcW w:w="5211" w:type="dxa"/>
            <w:shd w:val="clear" w:color="auto" w:fill="F4E8E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4925DF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CLOSED — LCPS Holiday</w:t>
            </w:r>
          </w:p>
        </w:tc>
      </w:tr>
      <w:tr w:rsidR="00607114" w14:paraId="5E5FC144" w14:textId="77777777" w:rsidTr="00F4264F">
        <w:trPr>
          <w:trHeight w:val="193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F975BD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November 9</w:t>
            </w:r>
          </w:p>
        </w:tc>
        <w:tc>
          <w:tcPr>
            <w:tcW w:w="5211" w:type="dxa"/>
            <w:shd w:val="clear" w:color="auto" w:fill="F4E8E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269646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CLOSED — Diwali</w:t>
            </w:r>
          </w:p>
        </w:tc>
      </w:tr>
      <w:tr w:rsidR="00607114" w14:paraId="5E62A43E" w14:textId="77777777" w:rsidTr="00F4264F">
        <w:trPr>
          <w:trHeight w:val="228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862346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November 23–24</w:t>
            </w:r>
          </w:p>
        </w:tc>
        <w:tc>
          <w:tcPr>
            <w:tcW w:w="521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03F88B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sz w:val="24"/>
                <w:szCs w:val="24"/>
              </w:rPr>
              <w:t>🦃 Friendsgiving</w:t>
            </w:r>
          </w:p>
        </w:tc>
      </w:tr>
      <w:tr w:rsidR="00607114" w14:paraId="7D4DBF05" w14:textId="77777777" w:rsidTr="00F4264F">
        <w:trPr>
          <w:trHeight w:val="193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43BDC3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November 25–27</w:t>
            </w:r>
          </w:p>
        </w:tc>
        <w:tc>
          <w:tcPr>
            <w:tcW w:w="5211" w:type="dxa"/>
            <w:shd w:val="clear" w:color="auto" w:fill="F4E8E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39026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CLOSED — Thanksgiving Break</w:t>
            </w:r>
          </w:p>
        </w:tc>
      </w:tr>
      <w:tr w:rsidR="00607114" w14:paraId="756AC05D" w14:textId="77777777" w:rsidTr="00F4264F">
        <w:trPr>
          <w:trHeight w:val="216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A60C04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December 3–4</w:t>
            </w:r>
          </w:p>
        </w:tc>
        <w:tc>
          <w:tcPr>
            <w:tcW w:w="521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27D031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sz w:val="24"/>
                <w:szCs w:val="24"/>
              </w:rPr>
              <w:t>🎂 Birthday Party for Jesus</w:t>
            </w:r>
          </w:p>
        </w:tc>
      </w:tr>
      <w:tr w:rsidR="00607114" w14:paraId="1AA8B03B" w14:textId="77777777" w:rsidTr="00F4264F">
        <w:trPr>
          <w:trHeight w:val="228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62A473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December 18</w:t>
            </w:r>
          </w:p>
        </w:tc>
        <w:tc>
          <w:tcPr>
            <w:tcW w:w="521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4BA293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sz w:val="24"/>
                <w:szCs w:val="24"/>
              </w:rPr>
              <w:t>🎄 Christmas Program</w:t>
            </w:r>
          </w:p>
        </w:tc>
      </w:tr>
      <w:tr w:rsidR="00607114" w14:paraId="05094602" w14:textId="77777777" w:rsidTr="00F4264F">
        <w:trPr>
          <w:trHeight w:val="193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7D7E35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December 21–January 1</w:t>
            </w:r>
          </w:p>
        </w:tc>
        <w:tc>
          <w:tcPr>
            <w:tcW w:w="5211" w:type="dxa"/>
            <w:shd w:val="clear" w:color="auto" w:fill="F4E8E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5F88A0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CLOSED — Christmas Break</w:t>
            </w:r>
          </w:p>
        </w:tc>
      </w:tr>
      <w:tr w:rsidR="00607114" w14:paraId="4F01C47C" w14:textId="77777777" w:rsidTr="00F4264F">
        <w:trPr>
          <w:trHeight w:val="216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CF7326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January 4–5</w:t>
            </w:r>
          </w:p>
        </w:tc>
        <w:tc>
          <w:tcPr>
            <w:tcW w:w="521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814A06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sz w:val="24"/>
                <w:szCs w:val="24"/>
              </w:rPr>
              <w:t>🚂 Polar Express Days</w:t>
            </w:r>
          </w:p>
        </w:tc>
      </w:tr>
      <w:tr w:rsidR="00607114" w14:paraId="5B086AF8" w14:textId="77777777" w:rsidTr="00F4264F">
        <w:trPr>
          <w:trHeight w:val="204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DBB000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January 18</w:t>
            </w:r>
          </w:p>
        </w:tc>
        <w:tc>
          <w:tcPr>
            <w:tcW w:w="5211" w:type="dxa"/>
            <w:shd w:val="clear" w:color="auto" w:fill="F4E8E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FBB981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CLOSED — MLK Jr. Day</w:t>
            </w:r>
          </w:p>
        </w:tc>
      </w:tr>
      <w:tr w:rsidR="00607114" w14:paraId="088231F0" w14:textId="77777777" w:rsidTr="00F4264F">
        <w:trPr>
          <w:trHeight w:val="193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FC9584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January 25</w:t>
            </w:r>
          </w:p>
        </w:tc>
        <w:tc>
          <w:tcPr>
            <w:tcW w:w="5211" w:type="dxa"/>
            <w:shd w:val="clear" w:color="auto" w:fill="F4E8E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00D899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CLOSED — LCPS Holiday</w:t>
            </w:r>
          </w:p>
        </w:tc>
      </w:tr>
      <w:tr w:rsidR="00607114" w14:paraId="46A07436" w14:textId="77777777" w:rsidTr="00F4264F">
        <w:trPr>
          <w:trHeight w:val="193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C27B30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February 5</w:t>
            </w:r>
          </w:p>
        </w:tc>
        <w:tc>
          <w:tcPr>
            <w:tcW w:w="5211" w:type="dxa"/>
            <w:shd w:val="clear" w:color="auto" w:fill="F4E8E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FCA05B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CLOSED — Lunar New Year</w:t>
            </w:r>
          </w:p>
        </w:tc>
      </w:tr>
      <w:tr w:rsidR="00607114" w14:paraId="4C97DDFD" w14:textId="77777777" w:rsidTr="00F4264F">
        <w:trPr>
          <w:trHeight w:val="193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971B74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February 15</w:t>
            </w:r>
          </w:p>
        </w:tc>
        <w:tc>
          <w:tcPr>
            <w:tcW w:w="5211" w:type="dxa"/>
            <w:shd w:val="clear" w:color="auto" w:fill="F4E8E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4F0D5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CLOSED — Presidents' Day</w:t>
            </w:r>
          </w:p>
        </w:tc>
      </w:tr>
      <w:tr w:rsidR="00607114" w14:paraId="4B77A6E9" w14:textId="77777777" w:rsidTr="00F4264F">
        <w:trPr>
          <w:trHeight w:val="228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2C1F1A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February — TBD</w:t>
            </w:r>
          </w:p>
        </w:tc>
        <w:tc>
          <w:tcPr>
            <w:tcW w:w="521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B233BD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sz w:val="24"/>
                <w:szCs w:val="24"/>
              </w:rPr>
              <w:t>🦷 Dentist Visit</w:t>
            </w:r>
          </w:p>
        </w:tc>
      </w:tr>
      <w:tr w:rsidR="00607114" w14:paraId="1C2B1B0A" w14:textId="77777777" w:rsidTr="00F4264F">
        <w:trPr>
          <w:trHeight w:val="193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4B1CE6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March 8–9</w:t>
            </w:r>
          </w:p>
        </w:tc>
        <w:tc>
          <w:tcPr>
            <w:tcW w:w="5211" w:type="dxa"/>
            <w:shd w:val="clear" w:color="auto" w:fill="F4E8E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A07EBF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CLOSED — Eid al-Fitr &amp; LCPS Holiday</w:t>
            </w:r>
          </w:p>
        </w:tc>
      </w:tr>
      <w:tr w:rsidR="00607114" w14:paraId="483D75CC" w14:textId="77777777" w:rsidTr="00F4264F">
        <w:trPr>
          <w:trHeight w:val="193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B90435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March 22–26</w:t>
            </w:r>
          </w:p>
        </w:tc>
        <w:tc>
          <w:tcPr>
            <w:tcW w:w="5211" w:type="dxa"/>
            <w:shd w:val="clear" w:color="auto" w:fill="F4E8E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E33A3A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CLOSED — Spring Break</w:t>
            </w:r>
          </w:p>
        </w:tc>
      </w:tr>
      <w:tr w:rsidR="00607114" w14:paraId="6866CA61" w14:textId="77777777" w:rsidTr="00F4264F">
        <w:trPr>
          <w:trHeight w:val="193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CEBD2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April 12</w:t>
            </w:r>
          </w:p>
        </w:tc>
        <w:tc>
          <w:tcPr>
            <w:tcW w:w="5211" w:type="dxa"/>
            <w:shd w:val="clear" w:color="auto" w:fill="F4E8E5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4FD9E3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CLOSED — LCPS Holiday</w:t>
            </w:r>
          </w:p>
        </w:tc>
      </w:tr>
      <w:tr w:rsidR="00607114" w14:paraId="055E2A94" w14:textId="77777777" w:rsidTr="00F4264F">
        <w:trPr>
          <w:trHeight w:val="228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6EE12D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April 26–29</w:t>
            </w:r>
          </w:p>
        </w:tc>
        <w:tc>
          <w:tcPr>
            <w:tcW w:w="521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C15171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sz w:val="24"/>
                <w:szCs w:val="24"/>
              </w:rPr>
              <w:t>🌈 Spirit Week</w:t>
            </w:r>
          </w:p>
        </w:tc>
      </w:tr>
      <w:tr w:rsidR="00607114" w14:paraId="34071A70" w14:textId="77777777" w:rsidTr="00F4264F">
        <w:trPr>
          <w:trHeight w:val="216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943108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April 30</w:t>
            </w:r>
          </w:p>
        </w:tc>
        <w:tc>
          <w:tcPr>
            <w:tcW w:w="521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29BB66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sz w:val="24"/>
                <w:szCs w:val="24"/>
              </w:rPr>
              <w:t>🎨 Art Show</w:t>
            </w:r>
          </w:p>
        </w:tc>
      </w:tr>
      <w:tr w:rsidR="00607114" w14:paraId="54063430" w14:textId="77777777" w:rsidTr="00F4264F">
        <w:trPr>
          <w:trHeight w:val="228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8E0120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May 5–6</w:t>
            </w:r>
          </w:p>
        </w:tc>
        <w:tc>
          <w:tcPr>
            <w:tcW w:w="521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CDD236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sz w:val="24"/>
                <w:szCs w:val="24"/>
              </w:rPr>
              <w:t xml:space="preserve">🫖 Springtime </w:t>
            </w:r>
            <w:proofErr w:type="gramStart"/>
            <w:r w:rsidRPr="00146D8E">
              <w:rPr>
                <w:sz w:val="24"/>
                <w:szCs w:val="24"/>
              </w:rPr>
              <w:t>Tea Time</w:t>
            </w:r>
            <w:proofErr w:type="gramEnd"/>
          </w:p>
        </w:tc>
      </w:tr>
      <w:tr w:rsidR="00607114" w14:paraId="16446938" w14:textId="77777777" w:rsidTr="00F4264F">
        <w:trPr>
          <w:trHeight w:val="216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0CF5B9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May 24</w:t>
            </w:r>
          </w:p>
        </w:tc>
        <w:tc>
          <w:tcPr>
            <w:tcW w:w="521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3B7D58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sz w:val="24"/>
                <w:szCs w:val="24"/>
              </w:rPr>
              <w:t>🎓 Graduation</w:t>
            </w:r>
          </w:p>
        </w:tc>
      </w:tr>
      <w:tr w:rsidR="00607114" w14:paraId="6DAA17B0" w14:textId="77777777" w:rsidTr="00F4264F">
        <w:trPr>
          <w:trHeight w:val="228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85516C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May 26</w:t>
            </w:r>
          </w:p>
        </w:tc>
        <w:tc>
          <w:tcPr>
            <w:tcW w:w="521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919265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sz w:val="24"/>
                <w:szCs w:val="24"/>
              </w:rPr>
              <w:t>🧺 Family Picnic</w:t>
            </w:r>
          </w:p>
        </w:tc>
      </w:tr>
      <w:tr w:rsidR="00607114" w14:paraId="04F83A91" w14:textId="77777777" w:rsidTr="00F4264F">
        <w:trPr>
          <w:trHeight w:val="216"/>
          <w:jc w:val="center"/>
        </w:trPr>
        <w:tc>
          <w:tcPr>
            <w:tcW w:w="3042" w:type="dxa"/>
            <w:shd w:val="clear" w:color="auto" w:fill="F3F3F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5BA377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b/>
                <w:sz w:val="24"/>
                <w:szCs w:val="24"/>
              </w:rPr>
              <w:t>May 28</w:t>
            </w:r>
          </w:p>
        </w:tc>
        <w:tc>
          <w:tcPr>
            <w:tcW w:w="521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9ACEB2" w14:textId="77777777" w:rsidR="00607114" w:rsidRPr="00146D8E" w:rsidRDefault="00000000">
            <w:pPr>
              <w:spacing w:after="0"/>
              <w:rPr>
                <w:sz w:val="24"/>
                <w:szCs w:val="24"/>
              </w:rPr>
            </w:pPr>
            <w:r w:rsidRPr="00146D8E">
              <w:rPr>
                <w:sz w:val="24"/>
                <w:szCs w:val="24"/>
              </w:rPr>
              <w:t>❤️ Last Day of School</w:t>
            </w:r>
          </w:p>
        </w:tc>
      </w:tr>
    </w:tbl>
    <w:p w14:paraId="41EB6D1F" w14:textId="77777777" w:rsidR="00E5075C" w:rsidRDefault="00E5075C"/>
    <w:sectPr w:rsidR="00E5075C" w:rsidSect="00034616">
      <w:pgSz w:w="12240" w:h="15840"/>
      <w:pgMar w:top="504" w:right="648" w:bottom="504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2328694">
    <w:abstractNumId w:val="8"/>
  </w:num>
  <w:num w:numId="2" w16cid:durableId="856624573">
    <w:abstractNumId w:val="6"/>
  </w:num>
  <w:num w:numId="3" w16cid:durableId="1132988126">
    <w:abstractNumId w:val="5"/>
  </w:num>
  <w:num w:numId="4" w16cid:durableId="549224365">
    <w:abstractNumId w:val="4"/>
  </w:num>
  <w:num w:numId="5" w16cid:durableId="1009135471">
    <w:abstractNumId w:val="7"/>
  </w:num>
  <w:num w:numId="6" w16cid:durableId="1680766376">
    <w:abstractNumId w:val="3"/>
  </w:num>
  <w:num w:numId="7" w16cid:durableId="137501370">
    <w:abstractNumId w:val="2"/>
  </w:num>
  <w:num w:numId="8" w16cid:durableId="1231769377">
    <w:abstractNumId w:val="1"/>
  </w:num>
  <w:num w:numId="9" w16cid:durableId="937249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6D8E"/>
    <w:rsid w:val="0015074B"/>
    <w:rsid w:val="0029639D"/>
    <w:rsid w:val="00326F90"/>
    <w:rsid w:val="0052234D"/>
    <w:rsid w:val="00607114"/>
    <w:rsid w:val="00AA1D8D"/>
    <w:rsid w:val="00B47730"/>
    <w:rsid w:val="00CB0664"/>
    <w:rsid w:val="00CC56F3"/>
    <w:rsid w:val="00E5075C"/>
    <w:rsid w:val="00F4264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F4CFC2"/>
  <w14:defaultImageDpi w14:val="300"/>
  <w15:docId w15:val="{C1B9F8B0-B82A-4F85-B341-291215645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Jessica Esquivel</cp:lastModifiedBy>
  <cp:revision>4</cp:revision>
  <cp:lastPrinted>2026-08-17T16:59:00Z</cp:lastPrinted>
  <dcterms:created xsi:type="dcterms:W3CDTF">2013-12-23T23:15:00Z</dcterms:created>
  <dcterms:modified xsi:type="dcterms:W3CDTF">2026-08-17T16:59:00Z</dcterms:modified>
  <cp:category/>
</cp:coreProperties>
</file>